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5C8" w:rsidRPr="00E8627B" w:rsidRDefault="007E7E5B">
      <w:pPr>
        <w:spacing w:after="160"/>
        <w:jc w:val="right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sz w:val="20"/>
          <w:lang w:val="pl-PL"/>
        </w:rPr>
        <w:t>Lubaczów, dnia ........................................ r.</w:t>
      </w:r>
    </w:p>
    <w:p w:rsidR="008765C8" w:rsidRPr="00E8627B" w:rsidRDefault="007E7E5B">
      <w:pPr>
        <w:keepNext/>
        <w:spacing w:after="6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b/>
          <w:color w:val="auto"/>
          <w:sz w:val="28"/>
          <w:lang w:val="pl-PL"/>
        </w:rPr>
        <w:t>UPOWAŻNIENIE DO ODBIORU DZIECKA</w:t>
      </w:r>
    </w:p>
    <w:p w:rsidR="008765C8" w:rsidRPr="00E8627B" w:rsidRDefault="007E7E5B">
      <w:pPr>
        <w:keepNext/>
        <w:spacing w:after="20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b/>
          <w:color w:val="auto"/>
          <w:sz w:val="22"/>
          <w:lang w:val="pl-PL"/>
        </w:rPr>
        <w:t>przez osoby niebędące rodzicami/opiekunami prawnymi</w:t>
      </w:r>
    </w:p>
    <w:p w:rsidR="008765C8" w:rsidRPr="00E8627B" w:rsidRDefault="007E7E5B" w:rsidP="00E8627B">
      <w:pPr>
        <w:spacing w:after="10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Ja/My, niżej podpisana/y/i:</w:t>
      </w:r>
    </w:p>
    <w:p w:rsidR="008765C8" w:rsidRPr="00E8627B" w:rsidRDefault="007E7E5B" w:rsidP="00E8627B">
      <w:pPr>
        <w:spacing w:after="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................................................................................................................................................................</w:t>
      </w:r>
    </w:p>
    <w:p w:rsidR="008765C8" w:rsidRPr="00E8627B" w:rsidRDefault="007E7E5B" w:rsidP="00E8627B">
      <w:pPr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i/>
          <w:color w:val="auto"/>
          <w:sz w:val="17"/>
          <w:lang w:val="pl-PL"/>
        </w:rPr>
        <w:t>imię i nazwisko rodzica/opiekuna prawnego</w:t>
      </w:r>
    </w:p>
    <w:p w:rsidR="008765C8" w:rsidRPr="00E8627B" w:rsidRDefault="007E7E5B" w:rsidP="00E8627B">
      <w:pPr>
        <w:spacing w:after="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................................................................................................................................................................</w:t>
      </w:r>
    </w:p>
    <w:p w:rsidR="008765C8" w:rsidRPr="00E8627B" w:rsidRDefault="007E7E5B" w:rsidP="00E8627B">
      <w:pPr>
        <w:spacing w:after="14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i/>
          <w:color w:val="auto"/>
          <w:sz w:val="17"/>
          <w:lang w:val="pl-PL"/>
        </w:rPr>
        <w:t>imię i nazwisko drugiego rodzica/opiekuna prawnego</w:t>
      </w:r>
    </w:p>
    <w:p w:rsidR="00E8627B" w:rsidRPr="00E8627B" w:rsidRDefault="007E7E5B" w:rsidP="00E8627B">
      <w:pPr>
        <w:spacing w:after="12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 xml:space="preserve">upoważniam/y niżej wskazane osoby do odbioru dziecka </w:t>
      </w:r>
      <w:r w:rsidRPr="00E8627B">
        <w:rPr>
          <w:rFonts w:asciiTheme="majorHAnsi" w:hAnsiTheme="majorHAnsi" w:cstheme="majorHAnsi"/>
          <w:b/>
          <w:color w:val="auto"/>
          <w:lang w:val="pl-PL"/>
        </w:rPr>
        <w:t>................................................................................................</w:t>
      </w:r>
      <w:r w:rsidRPr="00E8627B">
        <w:rPr>
          <w:rFonts w:asciiTheme="majorHAnsi" w:hAnsiTheme="majorHAnsi" w:cstheme="majorHAnsi"/>
          <w:color w:val="auto"/>
          <w:lang w:val="pl-PL"/>
        </w:rPr>
        <w:t>,</w:t>
      </w:r>
    </w:p>
    <w:p w:rsidR="00E8627B" w:rsidRPr="00E8627B" w:rsidRDefault="00E8627B" w:rsidP="00E8627B">
      <w:pPr>
        <w:spacing w:after="0"/>
        <w:jc w:val="center"/>
        <w:rPr>
          <w:color w:val="auto"/>
          <w:sz w:val="16"/>
          <w:lang w:val="pl-PL"/>
        </w:rPr>
      </w:pPr>
      <w:r w:rsidRPr="00E8627B">
        <w:rPr>
          <w:color w:val="auto"/>
          <w:sz w:val="16"/>
          <w:lang w:val="pl-PL"/>
        </w:rPr>
        <w:t>(imię i nazwisko dziecka)</w:t>
      </w:r>
    </w:p>
    <w:p w:rsidR="00E8627B" w:rsidRPr="00E8627B" w:rsidRDefault="00E8627B">
      <w:pPr>
        <w:spacing w:after="120"/>
        <w:rPr>
          <w:rFonts w:asciiTheme="majorHAnsi" w:hAnsiTheme="majorHAnsi" w:cstheme="majorHAnsi"/>
          <w:color w:val="auto"/>
          <w:lang w:val="pl-PL"/>
        </w:rPr>
      </w:pPr>
    </w:p>
    <w:p w:rsidR="008765C8" w:rsidRPr="00E8627B" w:rsidRDefault="007E7E5B" w:rsidP="00E8627B">
      <w:pPr>
        <w:spacing w:after="12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 xml:space="preserve">z Miejskiego Przedszkola nr </w:t>
      </w:r>
      <w:r w:rsidR="009402F0">
        <w:rPr>
          <w:rFonts w:asciiTheme="majorHAnsi" w:hAnsiTheme="majorHAnsi" w:cstheme="majorHAnsi"/>
          <w:color w:val="auto"/>
          <w:lang w:val="pl-PL"/>
        </w:rPr>
        <w:t>2</w:t>
      </w:r>
      <w:r w:rsidRPr="00E8627B">
        <w:rPr>
          <w:rFonts w:asciiTheme="majorHAnsi" w:hAnsiTheme="majorHAnsi" w:cstheme="majorHAnsi"/>
          <w:color w:val="auto"/>
          <w:lang w:val="pl-PL"/>
        </w:rPr>
        <w:t xml:space="preserve"> „</w:t>
      </w:r>
      <w:r w:rsidR="009402F0">
        <w:rPr>
          <w:rFonts w:asciiTheme="majorHAnsi" w:hAnsiTheme="majorHAnsi" w:cstheme="majorHAnsi"/>
          <w:color w:val="auto"/>
          <w:lang w:val="pl-PL"/>
        </w:rPr>
        <w:t>Tęczowe Przedszkole</w:t>
      </w:r>
      <w:r w:rsidRPr="00E8627B">
        <w:rPr>
          <w:rFonts w:asciiTheme="majorHAnsi" w:hAnsiTheme="majorHAnsi" w:cstheme="majorHAnsi"/>
          <w:color w:val="auto"/>
          <w:lang w:val="pl-PL"/>
        </w:rPr>
        <w:t>” w Lubaczowie</w:t>
      </w:r>
      <w:r w:rsidR="00E8627B">
        <w:rPr>
          <w:rFonts w:asciiTheme="majorHAnsi" w:hAnsiTheme="majorHAnsi" w:cstheme="majorHAnsi"/>
          <w:color w:val="auto"/>
          <w:lang w:val="pl-PL"/>
        </w:rPr>
        <w:t xml:space="preserve"> w roku szkolnym 2026/2027</w:t>
      </w:r>
      <w:r w:rsidRPr="00E8627B">
        <w:rPr>
          <w:rFonts w:asciiTheme="majorHAnsi" w:hAnsiTheme="majorHAnsi" w:cstheme="majorHAnsi"/>
          <w:color w:val="auto"/>
          <w:lang w:val="pl-PL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738"/>
      </w:tblGrid>
      <w:tr w:rsidR="00E8627B" w:rsidRPr="00E8627B" w:rsidTr="00BA4FD6">
        <w:tc>
          <w:tcPr>
            <w:tcW w:w="900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b/>
                <w:color w:val="auto"/>
                <w:sz w:val="20"/>
                <w:lang w:val="pl-PL"/>
              </w:rPr>
              <w:t>Lp.</w:t>
            </w:r>
          </w:p>
        </w:tc>
        <w:tc>
          <w:tcPr>
            <w:tcW w:w="87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b/>
                <w:color w:val="auto"/>
                <w:sz w:val="20"/>
                <w:lang w:val="pl-PL"/>
              </w:rPr>
              <w:t>Imię i nazwisko osoby upoważnionej</w:t>
            </w:r>
          </w:p>
        </w:tc>
      </w:tr>
      <w:tr w:rsidR="00E8627B" w:rsidRPr="00E8627B" w:rsidTr="00E8627B">
        <w:trPr>
          <w:trHeight w:val="228"/>
        </w:trPr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20"/>
                <w:lang w:val="pl-PL"/>
              </w:rPr>
              <w:t>1.</w:t>
            </w:r>
          </w:p>
        </w:tc>
        <w:tc>
          <w:tcPr>
            <w:tcW w:w="87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8765C8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</w:p>
        </w:tc>
      </w:tr>
      <w:tr w:rsidR="00E8627B" w:rsidRPr="00E8627B" w:rsidTr="00E8627B"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20"/>
                <w:lang w:val="pl-PL"/>
              </w:rPr>
              <w:t>2.</w:t>
            </w:r>
          </w:p>
        </w:tc>
        <w:tc>
          <w:tcPr>
            <w:tcW w:w="87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8765C8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</w:p>
        </w:tc>
      </w:tr>
      <w:tr w:rsidR="00E8627B" w:rsidRPr="00E8627B" w:rsidTr="00E8627B"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20"/>
                <w:lang w:val="pl-PL"/>
              </w:rPr>
              <w:t>3.</w:t>
            </w:r>
          </w:p>
        </w:tc>
        <w:tc>
          <w:tcPr>
            <w:tcW w:w="87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8765C8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</w:p>
        </w:tc>
      </w:tr>
      <w:tr w:rsidR="00E8627B" w:rsidRPr="00E8627B" w:rsidTr="00E8627B">
        <w:tc>
          <w:tcPr>
            <w:tcW w:w="9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 w:line="252" w:lineRule="auto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20"/>
                <w:lang w:val="pl-PL"/>
              </w:rPr>
              <w:t>4.</w:t>
            </w:r>
          </w:p>
        </w:tc>
        <w:tc>
          <w:tcPr>
            <w:tcW w:w="87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8765C8">
            <w:pPr>
              <w:spacing w:after="0" w:line="25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</w:p>
        </w:tc>
      </w:tr>
    </w:tbl>
    <w:p w:rsidR="008765C8" w:rsidRPr="00E8627B" w:rsidRDefault="007E7E5B">
      <w:pPr>
        <w:pStyle w:val="Nagwek1"/>
        <w:rPr>
          <w:rFonts w:cstheme="majorHAnsi"/>
          <w:color w:val="auto"/>
          <w:lang w:val="pl-PL"/>
        </w:rPr>
      </w:pPr>
      <w:r w:rsidRPr="00E8627B">
        <w:rPr>
          <w:rFonts w:cstheme="majorHAnsi"/>
          <w:color w:val="auto"/>
          <w:lang w:val="pl-PL"/>
        </w:rPr>
        <w:t>Okres obowiązywania upoważnienia</w:t>
      </w:r>
    </w:p>
    <w:p w:rsidR="008765C8" w:rsidRPr="00E8627B" w:rsidRDefault="007E7E5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□ wyłącznie w dniu ............................................................</w:t>
      </w:r>
    </w:p>
    <w:p w:rsidR="008765C8" w:rsidRPr="00E8627B" w:rsidRDefault="007E7E5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□ od dnia ................................................ do dnia ................................................</w:t>
      </w:r>
    </w:p>
    <w:p w:rsidR="008765C8" w:rsidRPr="00E8627B" w:rsidRDefault="007E7E5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□ od dnia złożenia do końca roku szkolnego 2026/2027 lub do wcześniejszego pisemnego odwołania.</w:t>
      </w:r>
    </w:p>
    <w:p w:rsidR="008765C8" w:rsidRPr="00E8627B" w:rsidRDefault="007E7E5B">
      <w:pPr>
        <w:pStyle w:val="Nagwek1"/>
        <w:rPr>
          <w:rFonts w:cstheme="majorHAnsi"/>
          <w:color w:val="auto"/>
          <w:lang w:val="pl-PL"/>
        </w:rPr>
      </w:pPr>
      <w:r w:rsidRPr="00E8627B">
        <w:rPr>
          <w:rFonts w:cstheme="majorHAnsi"/>
          <w:color w:val="auto"/>
          <w:lang w:val="pl-PL"/>
        </w:rPr>
        <w:t>Oświadczenia</w:t>
      </w:r>
    </w:p>
    <w:p w:rsidR="008765C8" w:rsidRPr="00E8627B" w:rsidRDefault="007E7E5B">
      <w:pPr>
        <w:pStyle w:val="Listapunktowana"/>
        <w:spacing w:after="4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Oświadczam/y, że wskazane osoby są zdolne zapewnić dziecku bezpieczeństwo od chwili jego odebrania z przedszkola.</w:t>
      </w:r>
    </w:p>
    <w:p w:rsidR="008765C8" w:rsidRPr="00E8627B" w:rsidRDefault="007E7E5B">
      <w:pPr>
        <w:pStyle w:val="Listapunktowana"/>
        <w:spacing w:after="4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Przyjmuję/my do wiadomości, że pracownik przedszkola może poprosić osobę odbierającą o okazanie dokumentu ze zdjęciem wyłącznie w celu potwierdzenia jej tożsamości. Przedszkole nie wykonuje kopii dokumentu ani nie zapisuje jego serii i numeru.</w:t>
      </w:r>
    </w:p>
    <w:p w:rsidR="008765C8" w:rsidRPr="00E8627B" w:rsidRDefault="007E7E5B">
      <w:pPr>
        <w:pStyle w:val="Listapunktowana"/>
        <w:spacing w:after="4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>Zobowiązuję/my się przekazać osobom upoważnionym klauzulę informacyjną znajdującą się na drugiej stronie dokumentu.</w:t>
      </w:r>
    </w:p>
    <w:p w:rsidR="008765C8" w:rsidRPr="00E8627B" w:rsidRDefault="00BA4FD6" w:rsidP="00BA4FD6">
      <w:pPr>
        <w:pStyle w:val="Listapunktowana"/>
        <w:rPr>
          <w:rFonts w:asciiTheme="majorHAnsi" w:hAnsiTheme="majorHAnsi" w:cstheme="majorHAnsi"/>
          <w:color w:val="auto"/>
          <w:lang w:val="pl-PL"/>
        </w:rPr>
      </w:pPr>
      <w:r w:rsidRPr="00BA4FD6">
        <w:rPr>
          <w:rFonts w:asciiTheme="majorHAnsi" w:hAnsiTheme="majorHAnsi" w:cstheme="majorHAnsi"/>
          <w:color w:val="auto"/>
          <w:lang w:val="pl-PL"/>
        </w:rPr>
        <w:t>Upoważnienie może zostać w każdym czasie zmienione lub odwołane poprzez pisemne poinformowanie przedszkola</w:t>
      </w:r>
      <w:r w:rsidR="007E7E5B" w:rsidRPr="00E8627B">
        <w:rPr>
          <w:rFonts w:asciiTheme="majorHAnsi" w:hAnsiTheme="majorHAnsi" w:cstheme="majorHAnsi"/>
          <w:color w:val="auto"/>
          <w:lang w:val="pl-PL"/>
        </w:rPr>
        <w:t>.</w:t>
      </w:r>
    </w:p>
    <w:p w:rsidR="008765C8" w:rsidRPr="00E8627B" w:rsidRDefault="007E7E5B">
      <w:pPr>
        <w:pStyle w:val="Nagwek1"/>
        <w:rPr>
          <w:rFonts w:cstheme="majorHAnsi"/>
          <w:color w:val="auto"/>
          <w:lang w:val="pl-PL"/>
        </w:rPr>
      </w:pPr>
      <w:r w:rsidRPr="00E8627B">
        <w:rPr>
          <w:rFonts w:cstheme="majorHAnsi"/>
          <w:color w:val="auto"/>
          <w:lang w:val="pl-PL"/>
        </w:rPr>
        <w:t>Zgoda na spacery i krótkie wyjścia</w:t>
      </w:r>
    </w:p>
    <w:p w:rsidR="008765C8" w:rsidRPr="00E8627B" w:rsidRDefault="007E7E5B">
      <w:pPr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color w:val="auto"/>
          <w:lang w:val="pl-PL"/>
        </w:rPr>
        <w:t xml:space="preserve">□ Wyrażam/y zgodę na udział wskazanego wyżej dziecka w spacerach oraz krótkich wyjściach poza teren Miejskiego Przedszkola nr </w:t>
      </w:r>
      <w:r w:rsidR="009402F0">
        <w:rPr>
          <w:rFonts w:asciiTheme="majorHAnsi" w:hAnsiTheme="majorHAnsi" w:cstheme="majorHAnsi"/>
          <w:color w:val="auto"/>
          <w:lang w:val="pl-PL"/>
        </w:rPr>
        <w:t>2</w:t>
      </w:r>
      <w:r w:rsidRPr="00E8627B">
        <w:rPr>
          <w:rFonts w:asciiTheme="majorHAnsi" w:hAnsiTheme="majorHAnsi" w:cstheme="majorHAnsi"/>
          <w:color w:val="auto"/>
          <w:lang w:val="pl-PL"/>
        </w:rPr>
        <w:t xml:space="preserve"> „</w:t>
      </w:r>
      <w:r w:rsidR="009402F0">
        <w:rPr>
          <w:rFonts w:asciiTheme="majorHAnsi" w:hAnsiTheme="majorHAnsi" w:cstheme="majorHAnsi"/>
          <w:color w:val="auto"/>
          <w:lang w:val="pl-PL"/>
        </w:rPr>
        <w:t>Tęczowe Przedszkole</w:t>
      </w:r>
      <w:r w:rsidRPr="00E8627B">
        <w:rPr>
          <w:rFonts w:asciiTheme="majorHAnsi" w:hAnsiTheme="majorHAnsi" w:cstheme="majorHAnsi"/>
          <w:color w:val="auto"/>
          <w:lang w:val="pl-PL"/>
        </w:rPr>
        <w:t>” w Lubaczowie, organizowanych w ramach bieżącej realizacji zadań dydaktycznych, wychowawczych i opiekuńczych przedszkola w roku szkolnym 2026/2027.</w:t>
      </w:r>
    </w:p>
    <w:p w:rsidR="008765C8" w:rsidRPr="00E8627B" w:rsidRDefault="007E7E5B">
      <w:pPr>
        <w:spacing w:after="60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i/>
          <w:color w:val="auto"/>
          <w:sz w:val="17"/>
          <w:lang w:val="pl-PL"/>
        </w:rPr>
        <w:t>Jeżeli dokument podpisuje jeden rodzic/opiekun prawny, oświadcza on, że jest uprawniony do samodzielnego działania w sprawach objętych dokumentem i nie jest mu znany sprzeciw drugiego rodzica.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E8627B" w:rsidRPr="00E8627B">
        <w:tc>
          <w:tcPr>
            <w:tcW w:w="481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............................................................</w:t>
            </w:r>
            <w:r w:rsidRPr="00E8627B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podpis rodzica/opiekuna prawnego</w:t>
            </w:r>
          </w:p>
        </w:tc>
        <w:tc>
          <w:tcPr>
            <w:tcW w:w="481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............................................................</w:t>
            </w:r>
            <w:r w:rsidRPr="00E8627B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podpis drugiego rodzica/opiekuna prawnego</w:t>
            </w:r>
          </w:p>
        </w:tc>
      </w:tr>
    </w:tbl>
    <w:p w:rsidR="008765C8" w:rsidRPr="00E8627B" w:rsidRDefault="007E7E5B">
      <w:pPr>
        <w:keepNext/>
        <w:pageBreakBefore/>
        <w:spacing w:after="6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b/>
          <w:color w:val="auto"/>
          <w:sz w:val="28"/>
          <w:lang w:val="pl-PL"/>
        </w:rPr>
        <w:lastRenderedPageBreak/>
        <w:t>KLAUZULA INFORMACYJNA</w:t>
      </w:r>
    </w:p>
    <w:p w:rsidR="008765C8" w:rsidRPr="00E8627B" w:rsidRDefault="007E7E5B">
      <w:pPr>
        <w:keepNext/>
        <w:spacing w:after="200"/>
        <w:jc w:val="center"/>
        <w:rPr>
          <w:rFonts w:asciiTheme="majorHAnsi" w:hAnsiTheme="majorHAnsi" w:cstheme="majorHAnsi"/>
          <w:color w:val="auto"/>
          <w:lang w:val="pl-PL"/>
        </w:rPr>
      </w:pPr>
      <w:r w:rsidRPr="00E8627B">
        <w:rPr>
          <w:rFonts w:asciiTheme="majorHAnsi" w:hAnsiTheme="majorHAnsi" w:cstheme="majorHAnsi"/>
          <w:b/>
          <w:color w:val="auto"/>
          <w:sz w:val="22"/>
          <w:lang w:val="pl-PL"/>
        </w:rPr>
        <w:t>dla osób upoważnionych przez rodziców/opiekunów prawnych do odbioru dziecka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1. Administrator i Inspektor Ochrony Danych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Administratorem danyc</w:t>
      </w:r>
      <w:r w:rsidR="009402F0">
        <w:rPr>
          <w:rFonts w:asciiTheme="majorHAnsi" w:hAnsiTheme="majorHAnsi" w:cstheme="majorHAnsi"/>
          <w:color w:val="auto"/>
          <w:szCs w:val="21"/>
          <w:lang w:val="pl-PL"/>
        </w:rPr>
        <w:t>h jest Miejskie Przedszkole nr 2</w:t>
      </w:r>
      <w:r w:rsidRPr="00BA4FD6">
        <w:rPr>
          <w:rFonts w:asciiTheme="majorHAnsi" w:hAnsiTheme="majorHAnsi" w:cstheme="majorHAnsi"/>
          <w:color w:val="auto"/>
          <w:szCs w:val="21"/>
          <w:lang w:val="pl-PL"/>
        </w:rPr>
        <w:t xml:space="preserve"> „</w:t>
      </w:r>
      <w:r w:rsidR="009402F0">
        <w:rPr>
          <w:rFonts w:asciiTheme="majorHAnsi" w:hAnsiTheme="majorHAnsi" w:cstheme="majorHAnsi"/>
          <w:color w:val="auto"/>
          <w:szCs w:val="21"/>
          <w:lang w:val="pl-PL"/>
        </w:rPr>
        <w:t>Tęczowe Przedszkole</w:t>
      </w:r>
      <w:r w:rsidRPr="00BA4FD6">
        <w:rPr>
          <w:rFonts w:asciiTheme="majorHAnsi" w:hAnsiTheme="majorHAnsi" w:cstheme="majorHAnsi"/>
          <w:color w:val="auto"/>
          <w:szCs w:val="21"/>
          <w:lang w:val="pl-PL"/>
        </w:rPr>
        <w:t xml:space="preserve">” w Lubaczowie, ul. </w:t>
      </w:r>
      <w:r w:rsidR="009402F0">
        <w:rPr>
          <w:rFonts w:asciiTheme="majorHAnsi" w:hAnsiTheme="majorHAnsi" w:cstheme="majorHAnsi"/>
          <w:color w:val="auto"/>
          <w:szCs w:val="21"/>
          <w:lang w:val="pl-PL"/>
        </w:rPr>
        <w:t>Konopnickiej 9</w:t>
      </w:r>
      <w:r w:rsidRPr="00BA4FD6">
        <w:rPr>
          <w:rFonts w:asciiTheme="majorHAnsi" w:hAnsiTheme="majorHAnsi" w:cstheme="majorHAnsi"/>
          <w:color w:val="auto"/>
          <w:szCs w:val="21"/>
          <w:lang w:val="pl-PL"/>
        </w:rPr>
        <w:t>, 37-600 Lubaczów. Inspektorem Ochrony Danych jest Magda Fusińska; kontakt: iod@um.lubaczow.pl lub pisemnie na adres siedziby Administratora.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2. Źródło i zakres danych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Dane zostały przekazane przedszkolu przez rodzica/opiekuna prawnego dziecka. Przetwarzamy imię i nazwisko osoby upoważnionej. Przy odbiorze dziecka pracownik może porównać te dane z dokumentem ze zdjęciem, bez kopiowania dokumentu i bez zapisywania jego serii lub numeru.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3. Cel i podstawa prawna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 xml:space="preserve">Dane są przetwarzane w celu odnotowania upoważnienia, weryfikacji osoby odbierającej i zapewnienia dziecku bezpieczeństwa. Podstawą jest art. 6 ust. 1 lit. e RODO w związku z art. 68 ust. 1 pkt 6 i art. 102 ust. 1 pkt 6 ustawy z dnia 14 grudnia 2016 r. - Prawo oświatowe (Dz.U. z 2026 r. poz. 820, z </w:t>
      </w:r>
      <w:proofErr w:type="spellStart"/>
      <w:r w:rsidRPr="00BA4FD6">
        <w:rPr>
          <w:rFonts w:asciiTheme="majorHAnsi" w:hAnsiTheme="majorHAnsi" w:cstheme="majorHAnsi"/>
          <w:color w:val="auto"/>
          <w:szCs w:val="21"/>
          <w:lang w:val="pl-PL"/>
        </w:rPr>
        <w:t>późn</w:t>
      </w:r>
      <w:proofErr w:type="spellEnd"/>
      <w:r w:rsidRPr="00BA4FD6">
        <w:rPr>
          <w:rFonts w:asciiTheme="majorHAnsi" w:hAnsiTheme="majorHAnsi" w:cstheme="majorHAnsi"/>
          <w:color w:val="auto"/>
          <w:szCs w:val="21"/>
          <w:lang w:val="pl-PL"/>
        </w:rPr>
        <w:t>. zm.) oraz statutem przedszkola.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4. Odbiorcy danych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Dane mogą zostać udostępnione podmiotom uprawnionym na podstawie przepisów prawa. Dostęp wewnątrz przedszkola mają wyłącznie osoby, które potrzebują danych do bezpiecznego wydania dziecka.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5. Okres przechowywania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Dane są wykorzystywane przez okres ważności upoważnienia, a następnie przechowywane przez okres wynikający z obowiązujących w przedszkolu przepisów kancelaryjnych, archiwalnych i jednolitego rzeczowego wykazu akt.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6. Prawa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Przysługuje Państwu prawo dostępu do danych, uzyskania ich kopii, sprostowania, ograniczenia przetwarzania oraz wniesienia sprzeciwu - w przypadkach określonych w RODO. Przysługuje również prawo wniesienia skargi do Prezesa Urzędu Ochrony Danych Osobowych, ul. Stanisława Moniuszki 1A, 00-014 Warszawa.</w:t>
      </w:r>
    </w:p>
    <w:p w:rsidR="008765C8" w:rsidRPr="00BA4FD6" w:rsidRDefault="007E7E5B">
      <w:pPr>
        <w:pStyle w:val="Nagwek1"/>
        <w:rPr>
          <w:rFonts w:cstheme="majorHAnsi"/>
          <w:color w:val="auto"/>
          <w:sz w:val="21"/>
          <w:szCs w:val="21"/>
          <w:lang w:val="pl-PL"/>
        </w:rPr>
      </w:pPr>
      <w:r w:rsidRPr="00BA4FD6">
        <w:rPr>
          <w:rFonts w:cstheme="majorHAnsi"/>
          <w:color w:val="auto"/>
          <w:sz w:val="21"/>
          <w:szCs w:val="21"/>
          <w:lang w:val="pl-PL"/>
        </w:rPr>
        <w:t>7. Informacje dodatkowe</w:t>
      </w:r>
    </w:p>
    <w:p w:rsidR="008765C8" w:rsidRPr="00BA4FD6" w:rsidRDefault="007E7E5B">
      <w:pPr>
        <w:rPr>
          <w:rFonts w:asciiTheme="majorHAnsi" w:hAnsiTheme="majorHAnsi" w:cstheme="majorHAnsi"/>
          <w:color w:val="auto"/>
          <w:szCs w:val="21"/>
          <w:lang w:val="pl-PL"/>
        </w:rPr>
      </w:pPr>
      <w:r w:rsidRPr="00BA4FD6">
        <w:rPr>
          <w:rFonts w:asciiTheme="majorHAnsi" w:hAnsiTheme="majorHAnsi" w:cstheme="majorHAnsi"/>
          <w:color w:val="auto"/>
          <w:szCs w:val="21"/>
          <w:lang w:val="pl-PL"/>
        </w:rPr>
        <w:t>Dane nie są przekazywane poza Europejski Obszar Gospodarczy i nie są wykorzystywane do zautomatyzowanego podejmowania decyzji ani profilowania. Podanie danych jest dobrowolne, ale bez wskazania co najmniej imienia i nazwiska przedszkole nie będzie mogło uznać danej osoby za upoważnioną do odbioru dziecka.</w:t>
      </w:r>
    </w:p>
    <w:tbl>
      <w:tblPr>
        <w:tblW w:w="9638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9638"/>
      </w:tblGrid>
      <w:tr w:rsidR="00E8627B" w:rsidRPr="00E8627B" w:rsidTr="00BA4FD6">
        <w:tc>
          <w:tcPr>
            <w:tcW w:w="96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8765C8" w:rsidRPr="00E8627B" w:rsidRDefault="007E7E5B">
            <w:pPr>
              <w:spacing w:after="0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E8627B">
              <w:rPr>
                <w:rFonts w:asciiTheme="majorHAnsi" w:hAnsiTheme="majorHAnsi" w:cstheme="majorHAnsi"/>
                <w:b/>
                <w:color w:val="auto"/>
                <w:sz w:val="19"/>
                <w:lang w:val="pl-PL"/>
              </w:rPr>
              <w:t xml:space="preserve">Dla rodzica: </w:t>
            </w:r>
            <w:r w:rsidRPr="00E8627B">
              <w:rPr>
                <w:rFonts w:asciiTheme="majorHAnsi" w:hAnsiTheme="majorHAnsi" w:cstheme="majorHAnsi"/>
                <w:color w:val="auto"/>
                <w:sz w:val="19"/>
                <w:lang w:val="pl-PL"/>
              </w:rPr>
              <w:t>Prosimy przekazać tę informację każdej osobie wpisanej do upoważnienia albo wskazać jej miejsce, w którym klauzula jest dostępna.</w:t>
            </w:r>
          </w:p>
        </w:tc>
      </w:tr>
    </w:tbl>
    <w:p w:rsidR="008765C8" w:rsidRPr="00E8627B" w:rsidRDefault="008765C8">
      <w:pPr>
        <w:spacing w:after="0"/>
        <w:rPr>
          <w:rFonts w:asciiTheme="majorHAnsi" w:hAnsiTheme="majorHAnsi" w:cstheme="majorHAnsi"/>
          <w:color w:val="auto"/>
          <w:lang w:val="pl-PL"/>
        </w:rPr>
      </w:pPr>
      <w:bookmarkStart w:id="0" w:name="_GoBack"/>
      <w:bookmarkEnd w:id="0"/>
    </w:p>
    <w:sectPr w:rsidR="008765C8" w:rsidRPr="00E8627B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54E" w:rsidRDefault="001D554E">
      <w:pPr>
        <w:spacing w:after="0" w:line="240" w:lineRule="auto"/>
      </w:pPr>
      <w:r>
        <w:separator/>
      </w:r>
    </w:p>
  </w:endnote>
  <w:endnote w:type="continuationSeparator" w:id="0">
    <w:p w:rsidR="001D554E" w:rsidRDefault="001D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5C8" w:rsidRPr="00E8627B" w:rsidRDefault="007E7E5B">
    <w:pPr>
      <w:pStyle w:val="Stopka"/>
      <w:spacing w:line="259" w:lineRule="auto"/>
      <w:jc w:val="center"/>
      <w:rPr>
        <w:lang w:val="pl-PL"/>
      </w:rPr>
    </w:pPr>
    <w:r w:rsidRPr="00E8627B">
      <w:rPr>
        <w:color w:val="666666"/>
        <w:sz w:val="16"/>
        <w:lang w:val="pl-PL"/>
      </w:rPr>
      <w:t>MP</w:t>
    </w:r>
    <w:r w:rsidR="009402F0">
      <w:rPr>
        <w:color w:val="666666"/>
        <w:sz w:val="16"/>
        <w:lang w:val="pl-PL"/>
      </w:rPr>
      <w:t>2</w:t>
    </w:r>
    <w:r w:rsidRPr="00E8627B">
      <w:rPr>
        <w:color w:val="666666"/>
        <w:sz w:val="16"/>
        <w:lang w:val="pl-PL"/>
      </w:rPr>
      <w:t xml:space="preserve"> Lubaczów | rok szkolny 2026/2027 | </w:t>
    </w:r>
    <w:r w:rsidRPr="00E8627B">
      <w:rPr>
        <w:color w:val="666666"/>
        <w:sz w:val="16"/>
        <w:lang w:val="pl-PL"/>
      </w:rPr>
      <w:fldChar w:fldCharType="begin"/>
    </w:r>
    <w:r w:rsidRPr="00E8627B">
      <w:rPr>
        <w:color w:val="666666"/>
        <w:sz w:val="16"/>
        <w:lang w:val="pl-PL"/>
      </w:rPr>
      <w:instrText>PAGE</w:instrText>
    </w:r>
    <w:r w:rsidRPr="00E8627B">
      <w:rPr>
        <w:color w:val="666666"/>
        <w:sz w:val="16"/>
        <w:lang w:val="pl-PL"/>
      </w:rPr>
      <w:fldChar w:fldCharType="separate"/>
    </w:r>
    <w:r w:rsidR="009402F0">
      <w:rPr>
        <w:noProof/>
        <w:color w:val="666666"/>
        <w:sz w:val="16"/>
        <w:lang w:val="pl-PL"/>
      </w:rPr>
      <w:t>2</w:t>
    </w:r>
    <w:r w:rsidRPr="00E8627B">
      <w:rPr>
        <w:color w:val="666666"/>
        <w:sz w:val="16"/>
        <w:lang w:val="pl-PL"/>
      </w:rPr>
      <w:fldChar w:fldCharType="end"/>
    </w:r>
    <w:r w:rsidRPr="00E8627B">
      <w:rPr>
        <w:color w:val="666666"/>
        <w:sz w:val="16"/>
        <w:lang w:val="pl-PL"/>
      </w:rPr>
      <w:t xml:space="preserve"> / </w:t>
    </w:r>
    <w:r w:rsidRPr="00E8627B">
      <w:rPr>
        <w:color w:val="666666"/>
        <w:sz w:val="16"/>
        <w:lang w:val="pl-PL"/>
      </w:rPr>
      <w:fldChar w:fldCharType="begin"/>
    </w:r>
    <w:r w:rsidRPr="00E8627B">
      <w:rPr>
        <w:color w:val="666666"/>
        <w:sz w:val="16"/>
        <w:lang w:val="pl-PL"/>
      </w:rPr>
      <w:instrText>NUMPAGES</w:instrText>
    </w:r>
    <w:r w:rsidRPr="00E8627B">
      <w:rPr>
        <w:color w:val="666666"/>
        <w:sz w:val="16"/>
        <w:lang w:val="pl-PL"/>
      </w:rPr>
      <w:fldChar w:fldCharType="separate"/>
    </w:r>
    <w:r w:rsidR="009402F0">
      <w:rPr>
        <w:noProof/>
        <w:color w:val="666666"/>
        <w:sz w:val="16"/>
        <w:lang w:val="pl-PL"/>
      </w:rPr>
      <w:t>2</w:t>
    </w:r>
    <w:r w:rsidRPr="00E8627B">
      <w:rPr>
        <w:color w:val="666666"/>
        <w:sz w:val="16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54E" w:rsidRDefault="001D554E">
      <w:pPr>
        <w:spacing w:after="0" w:line="240" w:lineRule="auto"/>
      </w:pPr>
      <w:r>
        <w:separator/>
      </w:r>
    </w:p>
  </w:footnote>
  <w:footnote w:type="continuationSeparator" w:id="0">
    <w:p w:rsidR="001D554E" w:rsidRDefault="001D5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DD8C32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554E"/>
    <w:rsid w:val="0029639D"/>
    <w:rsid w:val="00326F90"/>
    <w:rsid w:val="00605779"/>
    <w:rsid w:val="007E7E5B"/>
    <w:rsid w:val="008765C8"/>
    <w:rsid w:val="009402F0"/>
    <w:rsid w:val="00AA1D8D"/>
    <w:rsid w:val="00B47730"/>
    <w:rsid w:val="00BA4FD6"/>
    <w:rsid w:val="00BB2DD1"/>
    <w:rsid w:val="00C00C75"/>
    <w:rsid w:val="00CB0664"/>
    <w:rsid w:val="00E862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6E96E35-13C7-4FBE-A1AA-3682A5A9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 w:line="264" w:lineRule="auto"/>
      <w:outlineLvl w:val="0"/>
    </w:pPr>
    <w:rPr>
      <w:rFonts w:asciiTheme="majorHAnsi" w:eastAsiaTheme="majorEastAsia" w:hAnsiTheme="majorHAnsi" w:cstheme="majorBidi"/>
      <w:b/>
      <w:bCs/>
      <w:color w:val="27405B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 w:line="264" w:lineRule="auto"/>
      <w:outlineLvl w:val="1"/>
    </w:pPr>
    <w:rPr>
      <w:rFonts w:asciiTheme="majorHAnsi" w:eastAsiaTheme="majorEastAsia" w:hAnsiTheme="majorHAnsi" w:cstheme="majorBidi"/>
      <w:b/>
      <w:bCs/>
      <w:color w:val="27405B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F3F7C-C0A7-4E93-8753-FD6D0AFB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692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Pakiet dokumentów na rok szkolny 2026/2027</dc:subject>
  <dc:creator>Miejskie Przedszkole nr 1 Kraina Uśmiechu w Lubaczowie</dc:creator>
  <cp:keywords/>
  <dc:description/>
  <cp:lastModifiedBy>Fusińska Magda</cp:lastModifiedBy>
  <cp:revision>3</cp:revision>
  <dcterms:created xsi:type="dcterms:W3CDTF">2013-12-23T23:15:00Z</dcterms:created>
  <dcterms:modified xsi:type="dcterms:W3CDTF">2026-08-25T08:35:00Z</dcterms:modified>
  <cp:category/>
</cp:coreProperties>
</file>